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9799F" w14:textId="77777777" w:rsidR="003C26E1" w:rsidRPr="00613BD3" w:rsidRDefault="00000000">
      <w:pPr>
        <w:spacing w:after="560"/>
        <w:jc w:val="center"/>
        <w:rPr>
          <w:lang w:val="es-ES"/>
        </w:rPr>
      </w:pPr>
      <w:r w:rsidRPr="00613BD3">
        <w:rPr>
          <w:rFonts w:cs="Times New Roman"/>
          <w:color w:val="5C5C5C"/>
          <w:sz w:val="24"/>
          <w:lang w:val="es-ES"/>
        </w:rPr>
        <w:t>Carrera de Medicina | Cátedra de Nutrición</w:t>
      </w:r>
    </w:p>
    <w:p w14:paraId="3FF03F2E" w14:textId="77777777" w:rsidR="00613BD3" w:rsidRDefault="00613BD3">
      <w:pPr>
        <w:spacing w:after="80"/>
        <w:jc w:val="center"/>
        <w:rPr>
          <w:rFonts w:cs="Times New Roman"/>
          <w:b/>
          <w:color w:val="082660"/>
          <w:sz w:val="36"/>
          <w:lang w:val="es-ES"/>
        </w:rPr>
      </w:pPr>
    </w:p>
    <w:p w14:paraId="49BB9304" w14:textId="5CF862B9" w:rsidR="003C26E1" w:rsidRPr="00613BD3" w:rsidRDefault="00000000">
      <w:pPr>
        <w:spacing w:after="80"/>
        <w:jc w:val="center"/>
        <w:rPr>
          <w:lang w:val="es-ES"/>
        </w:rPr>
      </w:pPr>
      <w:r w:rsidRPr="00613BD3">
        <w:rPr>
          <w:rFonts w:cs="Times New Roman"/>
          <w:b/>
          <w:color w:val="082660"/>
          <w:sz w:val="36"/>
          <w:lang w:val="es-ES"/>
        </w:rPr>
        <w:t>EXAMEN PRÁCTICO DE NUTRICIÓN</w:t>
      </w:r>
    </w:p>
    <w:p w14:paraId="3C03DA84" w14:textId="77777777" w:rsidR="003C26E1" w:rsidRPr="00613BD3" w:rsidRDefault="00000000">
      <w:pPr>
        <w:spacing w:after="560"/>
        <w:jc w:val="center"/>
        <w:rPr>
          <w:lang w:val="es-ES"/>
        </w:rPr>
      </w:pPr>
      <w:r w:rsidRPr="00613BD3">
        <w:rPr>
          <w:rFonts w:cs="Times New Roman"/>
          <w:b/>
          <w:color w:val="8B0000"/>
          <w:sz w:val="26"/>
          <w:lang w:val="es-ES"/>
        </w:rPr>
        <w:t>Semana 3 - Seminario / Presentación oral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2"/>
        <w:gridCol w:w="5096"/>
      </w:tblGrid>
      <w:tr w:rsidR="003C26E1" w14:paraId="7E8107AB" w14:textId="77777777" w:rsidTr="00613BD3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EAF0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E2E087" w14:textId="77777777" w:rsidR="003C26E1" w:rsidRDefault="00000000">
            <w:pPr>
              <w:spacing w:after="0"/>
            </w:pPr>
            <w:r>
              <w:rPr>
                <w:rFonts w:cs="Times New Roman"/>
                <w:b/>
                <w:color w:val="082660"/>
                <w:sz w:val="21"/>
              </w:rPr>
              <w:t>Dato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EAF0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CC8E6E" w14:textId="77777777" w:rsidR="003C26E1" w:rsidRDefault="00000000">
            <w:pPr>
              <w:spacing w:after="0"/>
            </w:pPr>
            <w:r>
              <w:rPr>
                <w:rFonts w:cs="Times New Roman"/>
                <w:b/>
                <w:color w:val="082660"/>
                <w:sz w:val="21"/>
              </w:rPr>
              <w:t>Completar</w:t>
            </w:r>
          </w:p>
        </w:tc>
      </w:tr>
      <w:tr w:rsidR="003C26E1" w14:paraId="360ED3CC" w14:textId="77777777" w:rsidTr="00613BD3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10391C" w14:textId="77777777" w:rsidR="003C26E1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Sección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6BC91B" w14:textId="77777777" w:rsidR="003C26E1" w:rsidRDefault="003C26E1">
            <w:pPr>
              <w:spacing w:after="0" w:line="264" w:lineRule="auto"/>
            </w:pPr>
          </w:p>
        </w:tc>
      </w:tr>
      <w:tr w:rsidR="003C26E1" w14:paraId="4CAFF300" w14:textId="77777777" w:rsidTr="00613BD3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DFFB6B" w14:textId="77777777" w:rsidR="003C26E1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Grupo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BD2E8F" w14:textId="77777777" w:rsidR="003C26E1" w:rsidRDefault="003C26E1">
            <w:pPr>
              <w:spacing w:after="0" w:line="264" w:lineRule="auto"/>
            </w:pPr>
          </w:p>
        </w:tc>
      </w:tr>
      <w:tr w:rsidR="003C26E1" w14:paraId="1E73E359" w14:textId="77777777" w:rsidTr="00613BD3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0A12AE" w14:textId="77777777" w:rsidR="003C26E1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Trabajo 1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7B6238" w14:textId="77777777" w:rsidR="003C26E1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Guías Alimentarias: ________________________________</w:t>
            </w:r>
          </w:p>
        </w:tc>
      </w:tr>
      <w:tr w:rsidR="003C26E1" w14:paraId="3D7CDABB" w14:textId="77777777" w:rsidTr="00613BD3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E5A17A" w14:textId="77777777" w:rsidR="003C26E1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Trabajo 2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709E7D" w14:textId="77777777" w:rsidR="003C26E1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Platos típicos / región: ___________________________</w:t>
            </w:r>
          </w:p>
        </w:tc>
      </w:tr>
      <w:tr w:rsidR="003C26E1" w14:paraId="2C482BED" w14:textId="77777777" w:rsidTr="00613BD3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E0100C" w14:textId="77777777" w:rsidR="003C26E1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Fecha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D48D94" w14:textId="77777777" w:rsidR="003C26E1" w:rsidRDefault="003C26E1">
            <w:pPr>
              <w:spacing w:after="0" w:line="264" w:lineRule="auto"/>
            </w:pPr>
          </w:p>
        </w:tc>
      </w:tr>
      <w:tr w:rsidR="003C26E1" w:rsidRPr="00613BD3" w14:paraId="1B8A1EAB" w14:textId="77777777" w:rsidTr="00613BD3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C9EFAC" w14:textId="77777777" w:rsidR="003C26E1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Docente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FC8BC0" w14:textId="77777777" w:rsidR="003C26E1" w:rsidRPr="00613BD3" w:rsidRDefault="00000000">
            <w:pPr>
              <w:spacing w:after="0" w:line="264" w:lineRule="auto"/>
              <w:rPr>
                <w:lang w:val="es-ES"/>
              </w:rPr>
            </w:pPr>
            <w:r w:rsidRPr="00613BD3">
              <w:rPr>
                <w:rFonts w:cs="Times New Roman"/>
                <w:sz w:val="20"/>
                <w:lang w:val="es-ES"/>
              </w:rPr>
              <w:t>Lic. Johana Belén Leguizamón Vera</w:t>
            </w:r>
          </w:p>
        </w:tc>
      </w:tr>
    </w:tbl>
    <w:p w14:paraId="1CC73867" w14:textId="77777777" w:rsidR="003C26E1" w:rsidRDefault="00000000">
      <w:pPr>
        <w:spacing w:before="220" w:after="100"/>
      </w:pPr>
      <w:proofErr w:type="spellStart"/>
      <w:r>
        <w:rPr>
          <w:rFonts w:cs="Times New Roman"/>
          <w:b/>
          <w:color w:val="082660"/>
          <w:sz w:val="30"/>
        </w:rPr>
        <w:t>Integrantes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4"/>
        <w:gridCol w:w="1897"/>
        <w:gridCol w:w="1710"/>
      </w:tblGrid>
      <w:tr w:rsidR="003C26E1" w14:paraId="34B96DB4" w14:textId="77777777" w:rsidTr="00613BD3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BEAE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CB7653" w14:textId="77777777" w:rsidR="003C26E1" w:rsidRDefault="00000000">
            <w:pPr>
              <w:spacing w:after="0"/>
            </w:pPr>
            <w:r>
              <w:rPr>
                <w:rFonts w:cs="Times New Roman"/>
                <w:b/>
                <w:color w:val="082660"/>
                <w:sz w:val="21"/>
              </w:rPr>
              <w:t>N.º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BEAE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871CC1" w14:textId="77777777" w:rsidR="003C26E1" w:rsidRDefault="00000000">
            <w:pPr>
              <w:spacing w:after="0"/>
            </w:pPr>
            <w:r>
              <w:rPr>
                <w:rFonts w:cs="Times New Roman"/>
                <w:b/>
                <w:color w:val="082660"/>
                <w:sz w:val="21"/>
              </w:rPr>
              <w:t>Nombre y apellido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BEAE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66E057" w14:textId="77777777" w:rsidR="003C26E1" w:rsidRDefault="00000000">
            <w:pPr>
              <w:spacing w:after="0"/>
            </w:pPr>
            <w:r>
              <w:rPr>
                <w:rFonts w:cs="Times New Roman"/>
                <w:b/>
                <w:color w:val="082660"/>
                <w:sz w:val="21"/>
              </w:rPr>
              <w:t>Catraca / código</w:t>
            </w:r>
          </w:p>
        </w:tc>
      </w:tr>
      <w:tr w:rsidR="003C26E1" w14:paraId="2A9E0916" w14:textId="77777777" w:rsidTr="00613BD3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B27539" w14:textId="77777777" w:rsidR="003C26E1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47D597" w14:textId="77777777" w:rsidR="003C26E1" w:rsidRDefault="003C26E1">
            <w:pPr>
              <w:spacing w:after="0" w:line="264" w:lineRule="auto"/>
            </w:pP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D9B914" w14:textId="77777777" w:rsidR="003C26E1" w:rsidRDefault="003C26E1">
            <w:pPr>
              <w:spacing w:after="0" w:line="264" w:lineRule="auto"/>
            </w:pPr>
          </w:p>
        </w:tc>
      </w:tr>
      <w:tr w:rsidR="003C26E1" w14:paraId="186E410B" w14:textId="77777777" w:rsidTr="00613BD3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CF679D" w14:textId="77777777" w:rsidR="003C26E1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C6A49D" w14:textId="77777777" w:rsidR="003C26E1" w:rsidRDefault="003C26E1">
            <w:pPr>
              <w:spacing w:after="0" w:line="264" w:lineRule="auto"/>
            </w:pP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A5E5D1" w14:textId="77777777" w:rsidR="003C26E1" w:rsidRDefault="003C26E1">
            <w:pPr>
              <w:spacing w:after="0" w:line="264" w:lineRule="auto"/>
            </w:pPr>
          </w:p>
        </w:tc>
      </w:tr>
      <w:tr w:rsidR="003C26E1" w14:paraId="3FC9A02F" w14:textId="77777777" w:rsidTr="00613BD3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C20CB9" w14:textId="77777777" w:rsidR="003C26E1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6F0B39" w14:textId="77777777" w:rsidR="003C26E1" w:rsidRDefault="003C26E1">
            <w:pPr>
              <w:spacing w:after="0" w:line="264" w:lineRule="auto"/>
            </w:pP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0E4067" w14:textId="77777777" w:rsidR="003C26E1" w:rsidRDefault="003C26E1">
            <w:pPr>
              <w:spacing w:after="0" w:line="264" w:lineRule="auto"/>
            </w:pPr>
          </w:p>
        </w:tc>
      </w:tr>
      <w:tr w:rsidR="003C26E1" w14:paraId="2F985A7F" w14:textId="77777777" w:rsidTr="00613BD3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131313" w14:textId="77777777" w:rsidR="003C26E1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CF9E3D" w14:textId="77777777" w:rsidR="003C26E1" w:rsidRDefault="003C26E1">
            <w:pPr>
              <w:spacing w:after="0" w:line="264" w:lineRule="auto"/>
            </w:pP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F657F0" w14:textId="77777777" w:rsidR="003C26E1" w:rsidRDefault="003C26E1">
            <w:pPr>
              <w:spacing w:after="0" w:line="264" w:lineRule="auto"/>
            </w:pPr>
          </w:p>
        </w:tc>
      </w:tr>
      <w:tr w:rsidR="003C26E1" w14:paraId="6C968C11" w14:textId="77777777" w:rsidTr="00613BD3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D4787B" w14:textId="77777777" w:rsidR="003C26E1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1EBEF5" w14:textId="77777777" w:rsidR="003C26E1" w:rsidRDefault="003C26E1">
            <w:pPr>
              <w:spacing w:after="0" w:line="264" w:lineRule="auto"/>
            </w:pP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90804B" w14:textId="77777777" w:rsidR="003C26E1" w:rsidRDefault="003C26E1">
            <w:pPr>
              <w:spacing w:after="0" w:line="264" w:lineRule="auto"/>
            </w:pPr>
          </w:p>
        </w:tc>
      </w:tr>
      <w:tr w:rsidR="003C26E1" w14:paraId="7BBA404E" w14:textId="77777777" w:rsidTr="00613BD3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886BAC" w14:textId="77777777" w:rsidR="003C26E1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979D4C" w14:textId="77777777" w:rsidR="003C26E1" w:rsidRDefault="003C26E1">
            <w:pPr>
              <w:spacing w:after="0" w:line="264" w:lineRule="auto"/>
            </w:pP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7A3118" w14:textId="77777777" w:rsidR="003C26E1" w:rsidRDefault="003C26E1">
            <w:pPr>
              <w:spacing w:after="0" w:line="264" w:lineRule="auto"/>
            </w:pPr>
          </w:p>
        </w:tc>
      </w:tr>
      <w:tr w:rsidR="003C26E1" w14:paraId="769D2522" w14:textId="77777777" w:rsidTr="00613BD3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41E154" w14:textId="77777777" w:rsidR="003C26E1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6E2A10" w14:textId="77777777" w:rsidR="003C26E1" w:rsidRDefault="003C26E1">
            <w:pPr>
              <w:spacing w:after="0" w:line="264" w:lineRule="auto"/>
            </w:pP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50536B" w14:textId="77777777" w:rsidR="003C26E1" w:rsidRDefault="003C26E1">
            <w:pPr>
              <w:spacing w:after="0" w:line="264" w:lineRule="auto"/>
            </w:pPr>
          </w:p>
        </w:tc>
      </w:tr>
      <w:tr w:rsidR="003C26E1" w14:paraId="2EA058A8" w14:textId="77777777" w:rsidTr="00613BD3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A67913" w14:textId="77777777" w:rsidR="003C26E1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7F7AC8" w14:textId="77777777" w:rsidR="003C26E1" w:rsidRDefault="003C26E1">
            <w:pPr>
              <w:spacing w:after="0" w:line="264" w:lineRule="auto"/>
            </w:pP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96434A" w14:textId="77777777" w:rsidR="003C26E1" w:rsidRDefault="003C26E1">
            <w:pPr>
              <w:spacing w:after="0" w:line="264" w:lineRule="auto"/>
            </w:pPr>
          </w:p>
        </w:tc>
      </w:tr>
      <w:tr w:rsidR="003C26E1" w14:paraId="33A86D21" w14:textId="77777777" w:rsidTr="00613BD3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75F8A6" w14:textId="77777777" w:rsidR="003C26E1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D0ED6B" w14:textId="77777777" w:rsidR="003C26E1" w:rsidRDefault="003C26E1">
            <w:pPr>
              <w:spacing w:after="0" w:line="264" w:lineRule="auto"/>
            </w:pP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30F80A" w14:textId="77777777" w:rsidR="003C26E1" w:rsidRDefault="003C26E1">
            <w:pPr>
              <w:spacing w:after="0" w:line="264" w:lineRule="auto"/>
            </w:pPr>
          </w:p>
        </w:tc>
      </w:tr>
      <w:tr w:rsidR="003C26E1" w14:paraId="55AFD615" w14:textId="77777777" w:rsidTr="00613BD3">
        <w:trPr>
          <w:cantSplit/>
          <w:jc w:val="center"/>
        </w:trPr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6F4821" w14:textId="77777777" w:rsidR="003C26E1" w:rsidRDefault="00000000">
            <w:pPr>
              <w:spacing w:after="0" w:line="264" w:lineRule="auto"/>
            </w:pPr>
            <w:r>
              <w:rPr>
                <w:rFonts w:cs="Times New Roman"/>
                <w:sz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2EFC38" w14:textId="77777777" w:rsidR="003C26E1" w:rsidRDefault="003C26E1">
            <w:pPr>
              <w:spacing w:after="0" w:line="264" w:lineRule="auto"/>
            </w:pPr>
          </w:p>
        </w:tc>
        <w:tc>
          <w:tcPr>
            <w:tcW w:w="0" w:type="auto"/>
            <w:tcBorders>
              <w:top w:val="single" w:sz="6" w:space="0" w:color="D9DEE8"/>
              <w:left w:val="single" w:sz="6" w:space="0" w:color="D9DEE8"/>
              <w:bottom w:val="single" w:sz="6" w:space="0" w:color="D9DEE8"/>
              <w:right w:val="single" w:sz="6" w:space="0" w:color="D9DEE8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8ECF33" w14:textId="77777777" w:rsidR="003C26E1" w:rsidRDefault="003C26E1">
            <w:pPr>
              <w:spacing w:after="0" w:line="264" w:lineRule="auto"/>
            </w:pPr>
          </w:p>
        </w:tc>
      </w:tr>
    </w:tbl>
    <w:p w14:paraId="55B4B573" w14:textId="77777777" w:rsidR="003C26E1" w:rsidRPr="00613BD3" w:rsidRDefault="00000000" w:rsidP="00613BD3">
      <w:pPr>
        <w:spacing w:before="400" w:after="120"/>
        <w:rPr>
          <w:lang w:val="es-ES"/>
        </w:rPr>
      </w:pPr>
      <w:r w:rsidRPr="00613BD3">
        <w:rPr>
          <w:rFonts w:cs="Times New Roman"/>
          <w:i/>
          <w:color w:val="5C5C5C"/>
          <w:sz w:val="21"/>
          <w:lang w:val="es-ES"/>
        </w:rPr>
        <w:t>Firma y sello de la docente: ____________________________________________</w:t>
      </w:r>
    </w:p>
    <w:p w14:paraId="3FC9B56E" w14:textId="77777777" w:rsidR="00613BD3" w:rsidRDefault="00613BD3">
      <w:pPr>
        <w:spacing w:before="220" w:after="100"/>
        <w:rPr>
          <w:rFonts w:cs="Times New Roman"/>
          <w:b/>
          <w:color w:val="082660"/>
          <w:sz w:val="30"/>
          <w:lang w:val="es-ES"/>
        </w:rPr>
      </w:pPr>
    </w:p>
    <w:p w14:paraId="575B0BB5" w14:textId="77777777" w:rsidR="00613BD3" w:rsidRDefault="00613BD3">
      <w:pPr>
        <w:spacing w:before="220" w:after="100"/>
        <w:rPr>
          <w:rFonts w:cs="Times New Roman"/>
          <w:b/>
          <w:color w:val="082660"/>
          <w:sz w:val="30"/>
          <w:lang w:val="es-ES"/>
        </w:rPr>
      </w:pPr>
    </w:p>
    <w:p w14:paraId="10A1E41B" w14:textId="38420232" w:rsidR="003C26E1" w:rsidRPr="00613BD3" w:rsidRDefault="00000000">
      <w:pPr>
        <w:spacing w:before="220" w:after="100"/>
        <w:rPr>
          <w:lang w:val="es-ES"/>
        </w:rPr>
      </w:pPr>
      <w:r w:rsidRPr="00613BD3">
        <w:rPr>
          <w:rFonts w:cs="Times New Roman"/>
          <w:b/>
          <w:color w:val="082660"/>
          <w:sz w:val="30"/>
          <w:lang w:val="es-ES"/>
        </w:rPr>
        <w:lastRenderedPageBreak/>
        <w:t>Desarrollo del Trabajo 1: Guías Alimentarias</w:t>
      </w:r>
    </w:p>
    <w:p w14:paraId="2DB8A5CB" w14:textId="77777777" w:rsidR="003C26E1" w:rsidRPr="00613BD3" w:rsidRDefault="00000000">
      <w:pPr>
        <w:spacing w:after="60"/>
        <w:rPr>
          <w:lang w:val="es-ES"/>
        </w:rPr>
      </w:pPr>
      <w:r w:rsidRPr="00613BD3">
        <w:rPr>
          <w:rFonts w:cs="Times New Roman"/>
          <w:b/>
          <w:color w:val="082660"/>
          <w:sz w:val="21"/>
          <w:lang w:val="es-ES"/>
        </w:rPr>
        <w:t>Tema asignado:</w:t>
      </w:r>
      <w:r w:rsidRPr="00613BD3">
        <w:rPr>
          <w:rFonts w:cs="Times New Roman"/>
          <w:color w:val="5C5C5C"/>
          <w:sz w:val="21"/>
          <w:lang w:val="es-ES"/>
        </w:rPr>
        <w:t xml:space="preserve"> ______________________________________________________________________</w:t>
      </w:r>
    </w:p>
    <w:p w14:paraId="1FBD2940" w14:textId="77777777" w:rsidR="003C26E1" w:rsidRPr="00613BD3" w:rsidRDefault="00000000">
      <w:pPr>
        <w:spacing w:after="60"/>
        <w:rPr>
          <w:lang w:val="es-ES"/>
        </w:rPr>
      </w:pPr>
      <w:r w:rsidRPr="00613BD3">
        <w:rPr>
          <w:rFonts w:cs="Times New Roman"/>
          <w:b/>
          <w:color w:val="082660"/>
          <w:sz w:val="21"/>
          <w:lang w:val="es-ES"/>
        </w:rPr>
        <w:t>Fuente principal:</w:t>
      </w:r>
      <w:r w:rsidRPr="00613BD3">
        <w:rPr>
          <w:rFonts w:cs="Times New Roman"/>
          <w:color w:val="5C5C5C"/>
          <w:sz w:val="21"/>
          <w:lang w:val="es-ES"/>
        </w:rPr>
        <w:t xml:space="preserve"> ______________________________________________________________________</w:t>
      </w:r>
    </w:p>
    <w:p w14:paraId="36E4412F" w14:textId="5ADD0CE6" w:rsidR="003C26E1" w:rsidRPr="00613BD3" w:rsidRDefault="00000000">
      <w:pPr>
        <w:spacing w:after="120"/>
        <w:rPr>
          <w:lang w:val="es-ES"/>
        </w:rPr>
      </w:pPr>
      <w:r w:rsidRPr="00613BD3">
        <w:rPr>
          <w:rFonts w:cs="Times New Roman"/>
          <w:b/>
          <w:color w:val="8B0000"/>
          <w:sz w:val="21"/>
          <w:lang w:val="es-ES"/>
        </w:rPr>
        <w:t>Utilizar materiales disponibles en el Drive de la clase: Bibliografía &gt; carpeta INAN.</w:t>
      </w:r>
    </w:p>
    <w:p w14:paraId="6DA5861B" w14:textId="77777777" w:rsidR="003C26E1" w:rsidRPr="00404167" w:rsidRDefault="00000000">
      <w:pPr>
        <w:spacing w:after="60"/>
        <w:rPr>
          <w:lang w:val="es-ES"/>
        </w:rPr>
      </w:pPr>
      <w:r w:rsidRPr="00404167">
        <w:rPr>
          <w:rFonts w:cs="Times New Roman"/>
          <w:b/>
          <w:sz w:val="21"/>
          <w:lang w:val="es-ES"/>
        </w:rPr>
        <w:t>Objetivo o mensaje principal:</w:t>
      </w:r>
      <w:r w:rsidRPr="00404167">
        <w:rPr>
          <w:rFonts w:cs="Times New Roman"/>
          <w:sz w:val="21"/>
          <w:lang w:val="es-ES"/>
        </w:rPr>
        <w:t xml:space="preserve"> ______________________________________________________________________</w:t>
      </w:r>
    </w:p>
    <w:p w14:paraId="0216B871" w14:textId="77777777" w:rsidR="003C26E1" w:rsidRPr="00404167" w:rsidRDefault="00000000">
      <w:pPr>
        <w:spacing w:after="60"/>
        <w:rPr>
          <w:lang w:val="es-ES"/>
        </w:rPr>
      </w:pPr>
      <w:r w:rsidRPr="00404167">
        <w:rPr>
          <w:rFonts w:cs="Times New Roman"/>
          <w:sz w:val="21"/>
          <w:lang w:val="es-ES"/>
        </w:rPr>
        <w:t>________________________________________________________________________________________</w:t>
      </w:r>
    </w:p>
    <w:p w14:paraId="3CAE79A1" w14:textId="77777777" w:rsidR="003C26E1" w:rsidRPr="00404167" w:rsidRDefault="00000000">
      <w:pPr>
        <w:spacing w:after="60"/>
        <w:rPr>
          <w:lang w:val="es-ES"/>
        </w:rPr>
      </w:pPr>
      <w:r w:rsidRPr="00404167">
        <w:rPr>
          <w:rFonts w:cs="Times New Roman"/>
          <w:b/>
          <w:sz w:val="21"/>
          <w:lang w:val="es-ES"/>
        </w:rPr>
        <w:t>Explicación breve del tema:</w:t>
      </w:r>
      <w:r w:rsidRPr="00404167">
        <w:rPr>
          <w:rFonts w:cs="Times New Roman"/>
          <w:sz w:val="21"/>
          <w:lang w:val="es-ES"/>
        </w:rPr>
        <w:t xml:space="preserve"> ______________________________________________________________________</w:t>
      </w:r>
    </w:p>
    <w:p w14:paraId="0C7CE046" w14:textId="77777777" w:rsidR="003C26E1" w:rsidRPr="00404167" w:rsidRDefault="00000000">
      <w:pPr>
        <w:spacing w:after="60"/>
        <w:rPr>
          <w:lang w:val="es-ES"/>
        </w:rPr>
      </w:pPr>
      <w:r w:rsidRPr="00404167">
        <w:rPr>
          <w:rFonts w:cs="Times New Roman"/>
          <w:sz w:val="21"/>
          <w:lang w:val="es-ES"/>
        </w:rPr>
        <w:t>________________________________________________________________________________________</w:t>
      </w:r>
    </w:p>
    <w:p w14:paraId="2DB48C30" w14:textId="77777777" w:rsidR="003C26E1" w:rsidRPr="00404167" w:rsidRDefault="00000000">
      <w:pPr>
        <w:spacing w:after="60"/>
        <w:rPr>
          <w:lang w:val="es-ES"/>
        </w:rPr>
      </w:pPr>
      <w:r w:rsidRPr="00404167">
        <w:rPr>
          <w:rFonts w:cs="Times New Roman"/>
          <w:sz w:val="21"/>
          <w:lang w:val="es-ES"/>
        </w:rPr>
        <w:t>________________________________________________________________________________________</w:t>
      </w:r>
    </w:p>
    <w:p w14:paraId="0272CE1B" w14:textId="77777777" w:rsidR="003C26E1" w:rsidRPr="00404167" w:rsidRDefault="00000000">
      <w:pPr>
        <w:spacing w:after="60"/>
        <w:rPr>
          <w:lang w:val="es-ES"/>
        </w:rPr>
      </w:pPr>
      <w:r w:rsidRPr="00404167">
        <w:rPr>
          <w:rFonts w:cs="Times New Roman"/>
          <w:sz w:val="21"/>
          <w:lang w:val="es-ES"/>
        </w:rPr>
        <w:t>________________________________________________________________________________________</w:t>
      </w:r>
    </w:p>
    <w:p w14:paraId="09598BEC" w14:textId="77777777" w:rsidR="003C26E1" w:rsidRPr="00404167" w:rsidRDefault="00000000">
      <w:pPr>
        <w:spacing w:after="60"/>
        <w:rPr>
          <w:lang w:val="es-ES"/>
        </w:rPr>
      </w:pPr>
      <w:r w:rsidRPr="00404167">
        <w:rPr>
          <w:rFonts w:cs="Times New Roman"/>
          <w:sz w:val="21"/>
          <w:lang w:val="es-ES"/>
        </w:rPr>
        <w:t>________________________________________________________________________________________</w:t>
      </w:r>
    </w:p>
    <w:p w14:paraId="4B59935C" w14:textId="77777777" w:rsidR="003C26E1" w:rsidRPr="00404167" w:rsidRDefault="00000000">
      <w:pPr>
        <w:spacing w:after="60"/>
        <w:rPr>
          <w:lang w:val="es-ES"/>
        </w:rPr>
      </w:pPr>
      <w:r w:rsidRPr="00404167">
        <w:rPr>
          <w:rFonts w:cs="Times New Roman"/>
          <w:b/>
          <w:sz w:val="21"/>
          <w:lang w:val="es-ES"/>
        </w:rPr>
        <w:t>Ejemplo o aplicación práctica:</w:t>
      </w:r>
      <w:r w:rsidRPr="00404167">
        <w:rPr>
          <w:rFonts w:cs="Times New Roman"/>
          <w:sz w:val="21"/>
          <w:lang w:val="es-ES"/>
        </w:rPr>
        <w:t xml:space="preserve"> ______________________________________________________________________</w:t>
      </w:r>
    </w:p>
    <w:p w14:paraId="46770ADA" w14:textId="77777777" w:rsidR="003C26E1" w:rsidRPr="00404167" w:rsidRDefault="00000000">
      <w:pPr>
        <w:spacing w:after="60"/>
        <w:rPr>
          <w:lang w:val="es-ES"/>
        </w:rPr>
      </w:pPr>
      <w:r w:rsidRPr="00404167">
        <w:rPr>
          <w:rFonts w:cs="Times New Roman"/>
          <w:sz w:val="21"/>
          <w:lang w:val="es-ES"/>
        </w:rPr>
        <w:t>________________________________________________________________________________________</w:t>
      </w:r>
    </w:p>
    <w:p w14:paraId="5FE820F7" w14:textId="77777777" w:rsidR="003C26E1" w:rsidRPr="00404167" w:rsidRDefault="00000000">
      <w:pPr>
        <w:spacing w:after="60"/>
        <w:rPr>
          <w:lang w:val="es-ES"/>
        </w:rPr>
      </w:pPr>
      <w:r w:rsidRPr="00404167">
        <w:rPr>
          <w:rFonts w:cs="Times New Roman"/>
          <w:sz w:val="21"/>
          <w:lang w:val="es-ES"/>
        </w:rPr>
        <w:t>________________________________________________________________________________________</w:t>
      </w:r>
    </w:p>
    <w:p w14:paraId="6745806A" w14:textId="77777777" w:rsidR="003C26E1" w:rsidRPr="00613BD3" w:rsidRDefault="00000000">
      <w:pPr>
        <w:spacing w:before="220" w:after="100"/>
        <w:rPr>
          <w:lang w:val="es-ES"/>
        </w:rPr>
      </w:pPr>
      <w:r w:rsidRPr="00613BD3">
        <w:rPr>
          <w:rFonts w:cs="Times New Roman"/>
          <w:b/>
          <w:color w:val="082660"/>
          <w:sz w:val="30"/>
          <w:lang w:val="es-ES"/>
        </w:rPr>
        <w:t>Desarrollo del Trabajo 2: Platos típicos / regiones</w:t>
      </w:r>
    </w:p>
    <w:p w14:paraId="705C56CB" w14:textId="77777777" w:rsidR="003C26E1" w:rsidRPr="00404167" w:rsidRDefault="00000000">
      <w:pPr>
        <w:spacing w:after="60"/>
        <w:rPr>
          <w:lang w:val="es-ES"/>
        </w:rPr>
      </w:pPr>
      <w:r w:rsidRPr="00404167">
        <w:rPr>
          <w:rFonts w:cs="Times New Roman"/>
          <w:b/>
          <w:sz w:val="21"/>
          <w:lang w:val="es-ES"/>
        </w:rPr>
        <w:t>Tema, plato o región asignada:</w:t>
      </w:r>
      <w:r w:rsidRPr="00404167">
        <w:rPr>
          <w:rFonts w:cs="Times New Roman"/>
          <w:sz w:val="21"/>
          <w:lang w:val="es-ES"/>
        </w:rPr>
        <w:t xml:space="preserve"> ______________________________________________________________________</w:t>
      </w:r>
    </w:p>
    <w:p w14:paraId="217AA65B" w14:textId="77777777" w:rsidR="003C26E1" w:rsidRPr="00404167" w:rsidRDefault="00000000">
      <w:pPr>
        <w:spacing w:after="60"/>
        <w:rPr>
          <w:lang w:val="es-ES"/>
        </w:rPr>
      </w:pPr>
      <w:r w:rsidRPr="00404167">
        <w:rPr>
          <w:rFonts w:cs="Times New Roman"/>
          <w:b/>
          <w:sz w:val="21"/>
          <w:lang w:val="es-ES"/>
        </w:rPr>
        <w:t>Contexto cultural o tradicional:</w:t>
      </w:r>
      <w:r w:rsidRPr="00404167">
        <w:rPr>
          <w:rFonts w:cs="Times New Roman"/>
          <w:sz w:val="21"/>
          <w:lang w:val="es-ES"/>
        </w:rPr>
        <w:t xml:space="preserve"> ______________________________________________________________________</w:t>
      </w:r>
    </w:p>
    <w:p w14:paraId="794CA73B" w14:textId="77777777" w:rsidR="003C26E1" w:rsidRPr="00404167" w:rsidRDefault="00000000">
      <w:pPr>
        <w:spacing w:after="60"/>
        <w:rPr>
          <w:lang w:val="es-ES"/>
        </w:rPr>
      </w:pPr>
      <w:r w:rsidRPr="00404167">
        <w:rPr>
          <w:rFonts w:cs="Times New Roman"/>
          <w:sz w:val="21"/>
          <w:lang w:val="es-ES"/>
        </w:rPr>
        <w:t>________________________________________________________________________________________</w:t>
      </w:r>
    </w:p>
    <w:p w14:paraId="0CB868CA" w14:textId="77777777" w:rsidR="003C26E1" w:rsidRPr="00404167" w:rsidRDefault="00000000">
      <w:pPr>
        <w:spacing w:after="60"/>
        <w:rPr>
          <w:lang w:val="es-ES"/>
        </w:rPr>
      </w:pPr>
      <w:r w:rsidRPr="00404167">
        <w:rPr>
          <w:rFonts w:cs="Times New Roman"/>
          <w:sz w:val="21"/>
          <w:lang w:val="es-ES"/>
        </w:rPr>
        <w:t>________________________________________________________________________________________</w:t>
      </w:r>
    </w:p>
    <w:p w14:paraId="1998C5A8" w14:textId="77777777" w:rsidR="003C26E1" w:rsidRPr="00404167" w:rsidRDefault="00000000">
      <w:pPr>
        <w:spacing w:after="60"/>
        <w:rPr>
          <w:lang w:val="es-ES"/>
        </w:rPr>
      </w:pPr>
      <w:r w:rsidRPr="00404167">
        <w:rPr>
          <w:rFonts w:cs="Times New Roman"/>
          <w:b/>
          <w:sz w:val="21"/>
          <w:lang w:val="es-ES"/>
        </w:rPr>
        <w:t>Ingredientes principales y forma general de preparación:</w:t>
      </w:r>
      <w:r w:rsidRPr="00404167">
        <w:rPr>
          <w:rFonts w:cs="Times New Roman"/>
          <w:sz w:val="21"/>
          <w:lang w:val="es-ES"/>
        </w:rPr>
        <w:t xml:space="preserve"> ______________________________________________________________________</w:t>
      </w:r>
    </w:p>
    <w:p w14:paraId="14E38152" w14:textId="77777777" w:rsidR="003C26E1" w:rsidRPr="00404167" w:rsidRDefault="00000000">
      <w:pPr>
        <w:spacing w:after="60"/>
        <w:rPr>
          <w:lang w:val="es-ES"/>
        </w:rPr>
      </w:pPr>
      <w:r w:rsidRPr="00404167">
        <w:rPr>
          <w:rFonts w:cs="Times New Roman"/>
          <w:sz w:val="21"/>
          <w:lang w:val="es-ES"/>
        </w:rPr>
        <w:t>________________________________________________________________________________________</w:t>
      </w:r>
    </w:p>
    <w:p w14:paraId="76E4DE9C" w14:textId="77777777" w:rsidR="003C26E1" w:rsidRPr="00404167" w:rsidRDefault="00000000">
      <w:pPr>
        <w:spacing w:after="60"/>
        <w:rPr>
          <w:lang w:val="es-ES"/>
        </w:rPr>
      </w:pPr>
      <w:r w:rsidRPr="00404167">
        <w:rPr>
          <w:rFonts w:cs="Times New Roman"/>
          <w:sz w:val="21"/>
          <w:lang w:val="es-ES"/>
        </w:rPr>
        <w:t>________________________________________________________________________________________</w:t>
      </w:r>
    </w:p>
    <w:p w14:paraId="453CECE0" w14:textId="77777777" w:rsidR="003C26E1" w:rsidRPr="00404167" w:rsidRDefault="00000000">
      <w:pPr>
        <w:spacing w:after="60"/>
        <w:rPr>
          <w:lang w:val="es-ES"/>
        </w:rPr>
      </w:pPr>
      <w:r w:rsidRPr="00404167">
        <w:rPr>
          <w:rFonts w:cs="Times New Roman"/>
          <w:sz w:val="21"/>
          <w:lang w:val="es-ES"/>
        </w:rPr>
        <w:t>________________________________________________________________________________________</w:t>
      </w:r>
    </w:p>
    <w:p w14:paraId="4D581DEC" w14:textId="77777777" w:rsidR="003C26E1" w:rsidRPr="00404167" w:rsidRDefault="00000000">
      <w:pPr>
        <w:spacing w:after="60"/>
        <w:rPr>
          <w:lang w:val="es-ES"/>
        </w:rPr>
      </w:pPr>
      <w:r w:rsidRPr="00404167">
        <w:rPr>
          <w:rFonts w:cs="Times New Roman"/>
          <w:b/>
          <w:sz w:val="21"/>
          <w:lang w:val="es-ES"/>
        </w:rPr>
        <w:t>Análisis nutricional breve:</w:t>
      </w:r>
      <w:r w:rsidRPr="00404167">
        <w:rPr>
          <w:rFonts w:cs="Times New Roman"/>
          <w:sz w:val="21"/>
          <w:lang w:val="es-ES"/>
        </w:rPr>
        <w:t xml:space="preserve"> ______________________________________________________________________</w:t>
      </w:r>
    </w:p>
    <w:p w14:paraId="4880CAB0" w14:textId="77777777" w:rsidR="003C26E1" w:rsidRPr="00404167" w:rsidRDefault="00000000">
      <w:pPr>
        <w:spacing w:after="60"/>
        <w:rPr>
          <w:lang w:val="es-ES"/>
        </w:rPr>
      </w:pPr>
      <w:r w:rsidRPr="00404167">
        <w:rPr>
          <w:rFonts w:cs="Times New Roman"/>
          <w:sz w:val="21"/>
          <w:lang w:val="es-ES"/>
        </w:rPr>
        <w:t>________________________________________________________________________________________</w:t>
      </w:r>
    </w:p>
    <w:p w14:paraId="0FECA79E" w14:textId="77777777" w:rsidR="003C26E1" w:rsidRPr="00404167" w:rsidRDefault="00000000">
      <w:pPr>
        <w:spacing w:after="60"/>
        <w:rPr>
          <w:lang w:val="es-ES"/>
        </w:rPr>
      </w:pPr>
      <w:r w:rsidRPr="00404167">
        <w:rPr>
          <w:rFonts w:cs="Times New Roman"/>
          <w:sz w:val="21"/>
          <w:lang w:val="es-ES"/>
        </w:rPr>
        <w:t>________________________________________________________________________________________</w:t>
      </w:r>
    </w:p>
    <w:p w14:paraId="04E71E89" w14:textId="77777777" w:rsidR="003C26E1" w:rsidRPr="00404167" w:rsidRDefault="00000000">
      <w:pPr>
        <w:spacing w:after="60"/>
        <w:rPr>
          <w:lang w:val="es-ES"/>
        </w:rPr>
      </w:pPr>
      <w:r w:rsidRPr="00404167">
        <w:rPr>
          <w:rFonts w:cs="Times New Roman"/>
          <w:b/>
          <w:sz w:val="21"/>
          <w:lang w:val="es-ES"/>
        </w:rPr>
        <w:t>Conclusión:</w:t>
      </w:r>
      <w:r w:rsidRPr="00404167">
        <w:rPr>
          <w:rFonts w:cs="Times New Roman"/>
          <w:sz w:val="21"/>
          <w:lang w:val="es-ES"/>
        </w:rPr>
        <w:t xml:space="preserve"> ______________________________________________________________________</w:t>
      </w:r>
    </w:p>
    <w:p w14:paraId="318B21D9" w14:textId="77777777" w:rsidR="003C26E1" w:rsidRPr="00404167" w:rsidRDefault="00000000">
      <w:pPr>
        <w:spacing w:after="60"/>
        <w:rPr>
          <w:lang w:val="es-ES"/>
        </w:rPr>
      </w:pPr>
      <w:r w:rsidRPr="00404167">
        <w:rPr>
          <w:rFonts w:cs="Times New Roman"/>
          <w:sz w:val="21"/>
          <w:lang w:val="es-ES"/>
        </w:rPr>
        <w:t>________________________________________________________________________________________</w:t>
      </w:r>
    </w:p>
    <w:p w14:paraId="419E3E86" w14:textId="77777777" w:rsidR="003C26E1" w:rsidRPr="00404167" w:rsidRDefault="00000000">
      <w:pPr>
        <w:spacing w:before="220" w:after="100"/>
        <w:rPr>
          <w:lang w:val="es-ES"/>
        </w:rPr>
      </w:pPr>
      <w:r w:rsidRPr="00404167">
        <w:rPr>
          <w:rFonts w:cs="Times New Roman"/>
          <w:b/>
          <w:sz w:val="30"/>
          <w:lang w:val="es-ES"/>
        </w:rPr>
        <w:t>Bibliografía o fuentes consultadas</w:t>
      </w:r>
    </w:p>
    <w:p w14:paraId="6ED17976" w14:textId="77777777" w:rsidR="003C26E1" w:rsidRPr="00404167" w:rsidRDefault="00000000">
      <w:pPr>
        <w:spacing w:after="60"/>
      </w:pPr>
      <w:r w:rsidRPr="00404167">
        <w:rPr>
          <w:rFonts w:cs="Times New Roman"/>
          <w:b/>
          <w:sz w:val="21"/>
        </w:rPr>
        <w:t>1.</w:t>
      </w:r>
      <w:r w:rsidRPr="00404167">
        <w:rPr>
          <w:rFonts w:cs="Times New Roman"/>
          <w:sz w:val="21"/>
        </w:rPr>
        <w:t xml:space="preserve"> ______________________________________________________________________</w:t>
      </w:r>
    </w:p>
    <w:p w14:paraId="752D9B73" w14:textId="77777777" w:rsidR="003C26E1" w:rsidRPr="00404167" w:rsidRDefault="00000000">
      <w:pPr>
        <w:spacing w:after="60"/>
      </w:pPr>
      <w:r w:rsidRPr="00404167">
        <w:rPr>
          <w:rFonts w:cs="Times New Roman"/>
          <w:b/>
          <w:sz w:val="21"/>
        </w:rPr>
        <w:t>2.</w:t>
      </w:r>
      <w:r w:rsidRPr="00404167">
        <w:rPr>
          <w:rFonts w:cs="Times New Roman"/>
          <w:sz w:val="21"/>
        </w:rPr>
        <w:t xml:space="preserve"> ______________________________________________________________________</w:t>
      </w:r>
    </w:p>
    <w:p w14:paraId="71B18715" w14:textId="77777777" w:rsidR="003C26E1" w:rsidRPr="00404167" w:rsidRDefault="00000000">
      <w:pPr>
        <w:spacing w:after="60"/>
      </w:pPr>
      <w:r w:rsidRPr="00404167">
        <w:rPr>
          <w:rFonts w:cs="Times New Roman"/>
          <w:b/>
          <w:sz w:val="21"/>
        </w:rPr>
        <w:t>3.</w:t>
      </w:r>
      <w:r w:rsidRPr="00404167">
        <w:rPr>
          <w:rFonts w:cs="Times New Roman"/>
          <w:sz w:val="21"/>
        </w:rPr>
        <w:t xml:space="preserve"> ______________________________________________________________________</w:t>
      </w:r>
    </w:p>
    <w:sectPr w:rsidR="003C26E1" w:rsidRPr="00404167" w:rsidSect="00613BD3">
      <w:headerReference w:type="default" r:id="rId8"/>
      <w:footerReference w:type="default" r:id="rId9"/>
      <w:pgSz w:w="11906" w:h="16838" w:code="9"/>
      <w:pgMar w:top="1080" w:right="1224" w:bottom="1037" w:left="1224" w:header="432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64DBD" w14:textId="77777777" w:rsidR="00D23200" w:rsidRDefault="00D23200">
      <w:pPr>
        <w:spacing w:after="0" w:line="240" w:lineRule="auto"/>
      </w:pPr>
      <w:r>
        <w:separator/>
      </w:r>
    </w:p>
  </w:endnote>
  <w:endnote w:type="continuationSeparator" w:id="0">
    <w:p w14:paraId="419C754F" w14:textId="77777777" w:rsidR="00D23200" w:rsidRDefault="00D23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AFF89" w14:textId="77777777" w:rsidR="003C26E1" w:rsidRPr="00613BD3" w:rsidRDefault="00000000">
    <w:pPr>
      <w:pStyle w:val="Piedepgina"/>
      <w:jc w:val="center"/>
      <w:rPr>
        <w:lang w:val="es-ES"/>
      </w:rPr>
    </w:pPr>
    <w:r w:rsidRPr="00613BD3">
      <w:rPr>
        <w:rFonts w:cs="Times New Roman"/>
        <w:color w:val="5C5C5C"/>
        <w:sz w:val="17"/>
        <w:lang w:val="es-ES"/>
      </w:rPr>
      <w:t>Modelo de portada y desarrollo - Semana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E092B" w14:textId="77777777" w:rsidR="00D23200" w:rsidRDefault="00D23200">
      <w:pPr>
        <w:spacing w:after="0" w:line="240" w:lineRule="auto"/>
      </w:pPr>
      <w:r>
        <w:separator/>
      </w:r>
    </w:p>
  </w:footnote>
  <w:footnote w:type="continuationSeparator" w:id="0">
    <w:p w14:paraId="65DAEDAD" w14:textId="77777777" w:rsidR="00D23200" w:rsidRDefault="00D23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A1F83" w14:textId="77777777" w:rsidR="00613BD3" w:rsidRPr="00386B45" w:rsidRDefault="00613BD3" w:rsidP="00613BD3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  <w:sz w:val="18"/>
        <w:szCs w:val="18"/>
        <w:lang w:val="es-PY"/>
      </w:rPr>
    </w:pPr>
    <w:r w:rsidRPr="00386B45">
      <w:rPr>
        <w:rFonts w:ascii="Calibri" w:eastAsia="Calibri" w:hAnsi="Calibri" w:cs="Times New Roman"/>
        <w:noProof/>
        <w:sz w:val="18"/>
        <w:szCs w:val="18"/>
        <w:lang w:val="es-PY" w:eastAsia="es-PY"/>
      </w:rPr>
      <w:drawing>
        <wp:anchor distT="0" distB="0" distL="114300" distR="114300" simplePos="0" relativeHeight="251660288" behindDoc="1" locked="0" layoutInCell="1" allowOverlap="1" wp14:anchorId="30E2E646" wp14:editId="0BA8DB4F">
          <wp:simplePos x="0" y="0"/>
          <wp:positionH relativeFrom="column">
            <wp:posOffset>5120640</wp:posOffset>
          </wp:positionH>
          <wp:positionV relativeFrom="paragraph">
            <wp:posOffset>-40005</wp:posOffset>
          </wp:positionV>
          <wp:extent cx="1514475" cy="723900"/>
          <wp:effectExtent l="0" t="0" r="9525" b="0"/>
          <wp:wrapNone/>
          <wp:docPr id="1928785456" name="Imagen 19287854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076" r="19859" b="23777"/>
                  <a:stretch/>
                </pic:blipFill>
                <pic:spPr bwMode="auto">
                  <a:xfrm>
                    <a:off x="0" y="0"/>
                    <a:ext cx="15144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86B45">
      <w:rPr>
        <w:rFonts w:ascii="Calibri" w:eastAsia="Calibri" w:hAnsi="Calibri" w:cs="Times New Roman"/>
        <w:noProof/>
        <w:sz w:val="18"/>
        <w:szCs w:val="18"/>
        <w:lang w:val="es-PY" w:eastAsia="es-PY"/>
      </w:rPr>
      <w:drawing>
        <wp:anchor distT="0" distB="0" distL="114300" distR="114300" simplePos="0" relativeHeight="251659264" behindDoc="1" locked="0" layoutInCell="1" allowOverlap="1" wp14:anchorId="67F20AF0" wp14:editId="4B9A7D97">
          <wp:simplePos x="0" y="0"/>
          <wp:positionH relativeFrom="column">
            <wp:posOffset>-767715</wp:posOffset>
          </wp:positionH>
          <wp:positionV relativeFrom="paragraph">
            <wp:posOffset>-476250</wp:posOffset>
          </wp:positionV>
          <wp:extent cx="1200785" cy="1298575"/>
          <wp:effectExtent l="0" t="0" r="0" b="0"/>
          <wp:wrapNone/>
          <wp:docPr id="1687108425" name="Imagen 16871084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785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86B45">
      <w:rPr>
        <w:rFonts w:ascii="Calibri" w:eastAsia="Calibri" w:hAnsi="Calibri" w:cs="Times New Roman"/>
        <w:sz w:val="18"/>
        <w:szCs w:val="18"/>
        <w:lang w:val="es-PY"/>
      </w:rPr>
      <w:t>UNIVERSIDAD CENTRAL DEL PARAGUAY</w:t>
    </w:r>
  </w:p>
  <w:p w14:paraId="31379A9D" w14:textId="77777777" w:rsidR="00613BD3" w:rsidRPr="00386B45" w:rsidRDefault="00613BD3" w:rsidP="00613BD3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  <w:sz w:val="18"/>
        <w:szCs w:val="18"/>
        <w:lang w:val="es-PY"/>
      </w:rPr>
    </w:pPr>
    <w:r w:rsidRPr="00386B45">
      <w:rPr>
        <w:rFonts w:ascii="Calibri" w:eastAsia="Calibri" w:hAnsi="Calibri" w:cs="Times New Roman"/>
        <w:sz w:val="18"/>
        <w:szCs w:val="18"/>
        <w:lang w:val="es-PY"/>
      </w:rPr>
      <w:t>FACULTAD DE CIENCIAS DE LA SALUD – CARRERA MEDICINA</w:t>
    </w:r>
  </w:p>
  <w:p w14:paraId="3D335173" w14:textId="77777777" w:rsidR="00613BD3" w:rsidRPr="00386B45" w:rsidRDefault="00613BD3" w:rsidP="00613BD3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  <w:sz w:val="18"/>
        <w:szCs w:val="18"/>
        <w:lang w:val="es-PY"/>
      </w:rPr>
    </w:pPr>
    <w:r w:rsidRPr="00386B45">
      <w:rPr>
        <w:rFonts w:ascii="Calibri" w:eastAsia="Calibri" w:hAnsi="Calibri" w:cs="Times New Roman"/>
        <w:sz w:val="18"/>
        <w:szCs w:val="18"/>
        <w:lang w:val="es-PY"/>
      </w:rPr>
      <w:t>FILIAL CIUDAD DEL ESTE</w:t>
    </w:r>
  </w:p>
  <w:p w14:paraId="74C88F80" w14:textId="77777777" w:rsidR="00613BD3" w:rsidRPr="00386B45" w:rsidRDefault="00613BD3" w:rsidP="00613BD3">
    <w:pPr>
      <w:tabs>
        <w:tab w:val="center" w:pos="4252"/>
        <w:tab w:val="right" w:pos="8504"/>
      </w:tabs>
      <w:spacing w:after="0" w:line="259" w:lineRule="auto"/>
      <w:jc w:val="center"/>
      <w:rPr>
        <w:rFonts w:ascii="Calibri" w:eastAsia="Calibri" w:hAnsi="Calibri" w:cs="Times New Roman"/>
        <w:sz w:val="18"/>
        <w:szCs w:val="18"/>
        <w:lang w:val="es-ES"/>
      </w:rPr>
    </w:pPr>
    <w:r w:rsidRPr="00386B45">
      <w:rPr>
        <w:rFonts w:ascii="Calibri" w:eastAsia="Calibri" w:hAnsi="Calibri" w:cs="Times New Roman"/>
        <w:sz w:val="18"/>
        <w:szCs w:val="18"/>
        <w:lang w:val="es-ES"/>
      </w:rPr>
      <w:t>Creada por Ley N.º 3153/06</w:t>
    </w:r>
  </w:p>
  <w:p w14:paraId="3D342ABD" w14:textId="47BD0EF9" w:rsidR="003C26E1" w:rsidRPr="00613BD3" w:rsidRDefault="00613BD3" w:rsidP="00613BD3">
    <w:pPr>
      <w:tabs>
        <w:tab w:val="center" w:pos="4252"/>
        <w:tab w:val="right" w:pos="8504"/>
      </w:tabs>
      <w:spacing w:after="0" w:line="259" w:lineRule="auto"/>
      <w:jc w:val="center"/>
      <w:rPr>
        <w:rFonts w:ascii="Calibri" w:eastAsia="Calibri" w:hAnsi="Calibri" w:cs="Times New Roman"/>
        <w:sz w:val="18"/>
        <w:szCs w:val="18"/>
        <w:lang w:val="es-ES"/>
      </w:rPr>
    </w:pPr>
    <w:r w:rsidRPr="00386B45">
      <w:rPr>
        <w:rFonts w:ascii="Calibri" w:eastAsia="Calibri" w:hAnsi="Calibri" w:cs="Times New Roman"/>
        <w:sz w:val="18"/>
        <w:szCs w:val="18"/>
        <w:lang w:val="es-ES"/>
      </w:rPr>
      <w:t>Habilitada por el CONES – Resolución N.º 999/2019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9354615">
    <w:abstractNumId w:val="8"/>
  </w:num>
  <w:num w:numId="2" w16cid:durableId="327293802">
    <w:abstractNumId w:val="6"/>
  </w:num>
  <w:num w:numId="3" w16cid:durableId="1953241727">
    <w:abstractNumId w:val="5"/>
  </w:num>
  <w:num w:numId="4" w16cid:durableId="1314413009">
    <w:abstractNumId w:val="4"/>
  </w:num>
  <w:num w:numId="5" w16cid:durableId="221256749">
    <w:abstractNumId w:val="7"/>
  </w:num>
  <w:num w:numId="6" w16cid:durableId="1207254198">
    <w:abstractNumId w:val="3"/>
  </w:num>
  <w:num w:numId="7" w16cid:durableId="1434402115">
    <w:abstractNumId w:val="2"/>
  </w:num>
  <w:num w:numId="8" w16cid:durableId="441917682">
    <w:abstractNumId w:val="1"/>
  </w:num>
  <w:num w:numId="9" w16cid:durableId="195703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C26E1"/>
    <w:rsid w:val="00404167"/>
    <w:rsid w:val="00613BD3"/>
    <w:rsid w:val="00AA1D8D"/>
    <w:rsid w:val="00B47730"/>
    <w:rsid w:val="00CB0664"/>
    <w:rsid w:val="00D23200"/>
    <w:rsid w:val="00ED350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47FE22"/>
  <w14:defaultImageDpi w14:val="300"/>
  <w15:docId w15:val="{3B9F53F9-1A6A-4CE5-A01B-95568C722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2789</Characters>
  <Application>Microsoft Office Word</Application>
  <DocSecurity>0</DocSecurity>
  <Lines>82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Johana Leguizamon</cp:lastModifiedBy>
  <cp:revision>3</cp:revision>
  <dcterms:created xsi:type="dcterms:W3CDTF">2026-08-14T20:24:00Z</dcterms:created>
  <dcterms:modified xsi:type="dcterms:W3CDTF">2026-08-14T20:24:00Z</dcterms:modified>
  <cp:category/>
</cp:coreProperties>
</file>